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7F5B" w:rsidRPr="00687F5B" w:rsidRDefault="00687F5B" w:rsidP="00861108">
      <w:pPr>
        <w:pStyle w:val="Ttulo3"/>
        <w:rPr>
          <w:rFonts w:cstheme="majorHAnsi"/>
          <w:color w:val="000000" w:themeColor="text1"/>
          <w:sz w:val="28"/>
          <w:szCs w:val="28"/>
        </w:rPr>
      </w:pPr>
      <w:proofErr w:type="spellStart"/>
      <w:r w:rsidRPr="00687F5B">
        <w:rPr>
          <w:rFonts w:cstheme="majorHAnsi"/>
          <w:color w:val="000000" w:themeColor="text1"/>
          <w:sz w:val="28"/>
          <w:szCs w:val="28"/>
        </w:rPr>
        <w:t>Prueba</w:t>
      </w:r>
      <w:proofErr w:type="spellEnd"/>
      <w:r w:rsidRPr="00687F5B">
        <w:rPr>
          <w:rFonts w:cstheme="majorHAnsi"/>
          <w:color w:val="000000" w:themeColor="text1"/>
          <w:sz w:val="28"/>
          <w:szCs w:val="28"/>
        </w:rPr>
        <w:t xml:space="preserve"> 4. </w:t>
      </w:r>
      <w:proofErr w:type="spellStart"/>
      <w:r w:rsidRPr="00687F5B">
        <w:rPr>
          <w:rFonts w:cstheme="majorHAnsi"/>
          <w:color w:val="000000" w:themeColor="text1"/>
          <w:sz w:val="28"/>
          <w:szCs w:val="28"/>
        </w:rPr>
        <w:t>Pon</w:t>
      </w:r>
      <w:proofErr w:type="spellEnd"/>
      <w:r w:rsidRPr="00687F5B">
        <w:rPr>
          <w:rFonts w:cstheme="majorHAnsi"/>
          <w:color w:val="000000" w:themeColor="text1"/>
          <w:sz w:val="28"/>
          <w:szCs w:val="28"/>
        </w:rPr>
        <w:t xml:space="preserve"> </w:t>
      </w:r>
      <w:proofErr w:type="spellStart"/>
      <w:r w:rsidRPr="00687F5B">
        <w:rPr>
          <w:rFonts w:cstheme="majorHAnsi"/>
          <w:color w:val="000000" w:themeColor="text1"/>
          <w:sz w:val="28"/>
          <w:szCs w:val="28"/>
        </w:rPr>
        <w:t>orden</w:t>
      </w:r>
      <w:proofErr w:type="spellEnd"/>
    </w:p>
    <w:p w:rsidR="00687F5B" w:rsidRPr="00687F5B" w:rsidRDefault="00687F5B" w:rsidP="00687F5B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🎭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 xml:space="preserve">Los </w:t>
      </w:r>
      <w:proofErr w:type="spellStart"/>
      <w:r w:rsidRPr="00687F5B">
        <w:rPr>
          <w:rFonts w:asciiTheme="majorHAnsi" w:hAnsiTheme="majorHAnsi" w:cstheme="majorHAnsi"/>
          <w:sz w:val="28"/>
          <w:szCs w:val="28"/>
        </w:rPr>
        <w:t>feacios</w:t>
      </w:r>
      <w:proofErr w:type="spellEnd"/>
      <w:r w:rsidRPr="00687F5B">
        <w:rPr>
          <w:rFonts w:asciiTheme="majorHAnsi" w:hAnsiTheme="majorHAnsi" w:cstheme="majorHAnsi"/>
          <w:sz w:val="28"/>
          <w:szCs w:val="28"/>
        </w:rPr>
        <w:t xml:space="preserve"> celebran con canto y deporte,</w:t>
      </w:r>
      <w:r w:rsidRPr="00687F5B">
        <w:rPr>
          <w:rFonts w:asciiTheme="majorHAnsi" w:hAnsiTheme="majorHAnsi" w:cstheme="majorHAnsi"/>
          <w:sz w:val="28"/>
          <w:szCs w:val="28"/>
        </w:rPr>
        <w:br/>
      </w:r>
      <w:proofErr w:type="spellStart"/>
      <w:r w:rsidRPr="00687F5B">
        <w:rPr>
          <w:rFonts w:asciiTheme="majorHAnsi" w:hAnsiTheme="majorHAnsi" w:cstheme="majorHAnsi"/>
          <w:sz w:val="28"/>
          <w:szCs w:val="28"/>
        </w:rPr>
        <w:t>Demódoco</w:t>
      </w:r>
      <w:proofErr w:type="spellEnd"/>
      <w:r w:rsidRPr="00687F5B">
        <w:rPr>
          <w:rFonts w:asciiTheme="majorHAnsi" w:hAnsiTheme="majorHAnsi" w:cstheme="majorHAnsi"/>
          <w:sz w:val="28"/>
          <w:szCs w:val="28"/>
        </w:rPr>
        <w:t xml:space="preserve"> entona del héroe su norte.</w:t>
      </w:r>
      <w:r w:rsidRPr="00687F5B">
        <w:rPr>
          <w:rFonts w:asciiTheme="majorHAnsi" w:hAnsiTheme="majorHAnsi" w:cstheme="majorHAnsi"/>
          <w:sz w:val="28"/>
          <w:szCs w:val="28"/>
        </w:rPr>
        <w:br/>
        <w:t>Ulises se quiebra, recuerda Troya,</w:t>
      </w:r>
      <w:r w:rsidRPr="00687F5B">
        <w:rPr>
          <w:rFonts w:asciiTheme="majorHAnsi" w:hAnsiTheme="majorHAnsi" w:cstheme="majorHAnsi"/>
          <w:sz w:val="28"/>
          <w:szCs w:val="28"/>
        </w:rPr>
        <w:br/>
        <w:t>la gloria pasada, la amarga joya.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Compite en los juegos, demuestra poder,</w:t>
      </w:r>
      <w:r w:rsidRPr="00687F5B">
        <w:rPr>
          <w:rFonts w:asciiTheme="majorHAnsi" w:hAnsiTheme="majorHAnsi" w:cstheme="majorHAnsi"/>
          <w:sz w:val="28"/>
          <w:szCs w:val="28"/>
        </w:rPr>
        <w:br/>
        <w:t>el rey lo admira, lo quiere entender.</w:t>
      </w:r>
      <w:r w:rsidRPr="00687F5B">
        <w:rPr>
          <w:rFonts w:asciiTheme="majorHAnsi" w:hAnsiTheme="majorHAnsi" w:cstheme="majorHAnsi"/>
          <w:sz w:val="28"/>
          <w:szCs w:val="28"/>
        </w:rPr>
        <w:br/>
        <w:t>Pide su nombre, la historia comienza,</w:t>
      </w:r>
      <w:r w:rsidRPr="00687F5B">
        <w:rPr>
          <w:rFonts w:asciiTheme="majorHAnsi" w:hAnsiTheme="majorHAnsi" w:cstheme="majorHAnsi"/>
          <w:sz w:val="28"/>
          <w:szCs w:val="28"/>
        </w:rPr>
        <w:br/>
        <w:t>la voz del viajero se vuelve leyenda.</w:t>
      </w: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🌀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Atenea baja del cielo dorado,</w:t>
      </w:r>
      <w:r w:rsidRPr="00687F5B">
        <w:rPr>
          <w:rFonts w:asciiTheme="majorHAnsi" w:hAnsiTheme="majorHAnsi" w:cstheme="majorHAnsi"/>
          <w:sz w:val="28"/>
          <w:szCs w:val="28"/>
        </w:rPr>
        <w:br/>
        <w:t>le pide a Zeus que quite el candado.</w:t>
      </w:r>
      <w:r w:rsidRPr="00687F5B">
        <w:rPr>
          <w:rFonts w:asciiTheme="majorHAnsi" w:hAnsiTheme="majorHAnsi" w:cstheme="majorHAnsi"/>
          <w:sz w:val="28"/>
          <w:szCs w:val="28"/>
        </w:rPr>
        <w:br/>
        <w:t>Ulises perdido en mares sin fin,</w:t>
      </w:r>
      <w:r w:rsidRPr="00687F5B">
        <w:rPr>
          <w:rFonts w:asciiTheme="majorHAnsi" w:hAnsiTheme="majorHAnsi" w:cstheme="majorHAnsi"/>
          <w:sz w:val="28"/>
          <w:szCs w:val="28"/>
        </w:rPr>
        <w:br/>
        <w:t>su hijo en Ítaca sueña con él.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Los nobles banquetean sin pena ni gloria,</w:t>
      </w:r>
      <w:r w:rsidRPr="00687F5B">
        <w:rPr>
          <w:rFonts w:asciiTheme="majorHAnsi" w:hAnsiTheme="majorHAnsi" w:cstheme="majorHAnsi"/>
          <w:sz w:val="28"/>
          <w:szCs w:val="28"/>
        </w:rPr>
        <w:br/>
        <w:t>Penélope sufre, resiste la historia.</w:t>
      </w:r>
      <w:r w:rsidRPr="00687F5B">
        <w:rPr>
          <w:rFonts w:asciiTheme="majorHAnsi" w:hAnsiTheme="majorHAnsi" w:cstheme="majorHAnsi"/>
          <w:sz w:val="28"/>
          <w:szCs w:val="28"/>
        </w:rPr>
        <w:br/>
        <w:t>Telémaco duda, pero despertará,</w:t>
      </w:r>
      <w:r w:rsidRPr="00687F5B">
        <w:rPr>
          <w:rFonts w:asciiTheme="majorHAnsi" w:hAnsiTheme="majorHAnsi" w:cstheme="majorHAnsi"/>
          <w:sz w:val="28"/>
          <w:szCs w:val="28"/>
        </w:rPr>
        <w:br/>
        <w:t>la chispa del héroe pronto brillará.</w:t>
      </w:r>
    </w:p>
    <w:p w:rsidR="00687F5B" w:rsidRPr="00687F5B" w:rsidRDefault="00687F5B" w:rsidP="00687F5B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🏖</w:t>
      </w:r>
      <w:r w:rsidRPr="00687F5B">
        <w:rPr>
          <w:rFonts w:cstheme="majorHAnsi"/>
          <w:sz w:val="28"/>
          <w:szCs w:val="28"/>
        </w:rPr>
        <w:t>️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 xml:space="preserve">Los </w:t>
      </w:r>
      <w:proofErr w:type="spellStart"/>
      <w:r w:rsidRPr="00687F5B">
        <w:rPr>
          <w:rFonts w:asciiTheme="majorHAnsi" w:hAnsiTheme="majorHAnsi" w:cstheme="majorHAnsi"/>
          <w:sz w:val="28"/>
          <w:szCs w:val="28"/>
        </w:rPr>
        <w:t>feacios</w:t>
      </w:r>
      <w:proofErr w:type="spellEnd"/>
      <w:r w:rsidRPr="00687F5B">
        <w:rPr>
          <w:rFonts w:asciiTheme="majorHAnsi" w:hAnsiTheme="majorHAnsi" w:cstheme="majorHAnsi"/>
          <w:sz w:val="28"/>
          <w:szCs w:val="28"/>
        </w:rPr>
        <w:t xml:space="preserve"> lo llevan dormido a su tierra,</w:t>
      </w:r>
      <w:r w:rsidRPr="00687F5B">
        <w:rPr>
          <w:rFonts w:asciiTheme="majorHAnsi" w:hAnsiTheme="majorHAnsi" w:cstheme="majorHAnsi"/>
          <w:sz w:val="28"/>
          <w:szCs w:val="28"/>
        </w:rPr>
        <w:br/>
        <w:t>los dioses lo envuelven en paz tras la guerra.</w:t>
      </w:r>
      <w:r w:rsidRPr="00687F5B">
        <w:rPr>
          <w:rFonts w:asciiTheme="majorHAnsi" w:hAnsiTheme="majorHAnsi" w:cstheme="majorHAnsi"/>
          <w:sz w:val="28"/>
          <w:szCs w:val="28"/>
        </w:rPr>
        <w:br/>
        <w:t>Atenea aparece, lo cubre de niebla,</w:t>
      </w:r>
      <w:r w:rsidRPr="00687F5B">
        <w:rPr>
          <w:rFonts w:asciiTheme="majorHAnsi" w:hAnsiTheme="majorHAnsi" w:cstheme="majorHAnsi"/>
          <w:sz w:val="28"/>
          <w:szCs w:val="28"/>
        </w:rPr>
        <w:br/>
        <w:t>le dice su plan, la venganza se acerca.</w:t>
      </w:r>
    </w:p>
    <w:p w:rsidR="00861108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El héroe se oculta, su mente trabaja,</w:t>
      </w:r>
      <w:r w:rsidRPr="00687F5B">
        <w:rPr>
          <w:rFonts w:asciiTheme="majorHAnsi" w:hAnsiTheme="majorHAnsi" w:cstheme="majorHAnsi"/>
          <w:sz w:val="28"/>
          <w:szCs w:val="28"/>
        </w:rPr>
        <w:br/>
        <w:t>la isla lo llama, la calma no baja.</w:t>
      </w:r>
      <w:r w:rsidRPr="00687F5B">
        <w:rPr>
          <w:rFonts w:asciiTheme="majorHAnsi" w:hAnsiTheme="majorHAnsi" w:cstheme="majorHAnsi"/>
          <w:sz w:val="28"/>
          <w:szCs w:val="28"/>
        </w:rPr>
        <w:br/>
        <w:t>Un rey mendigo, un rostro cambiado,</w:t>
      </w:r>
      <w:r w:rsidRPr="00687F5B">
        <w:rPr>
          <w:rFonts w:asciiTheme="majorHAnsi" w:hAnsiTheme="majorHAnsi" w:cstheme="majorHAnsi"/>
          <w:sz w:val="28"/>
          <w:szCs w:val="28"/>
        </w:rPr>
        <w:br/>
        <w:t>Ítaca al fin, destino logrado.</w:t>
      </w: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lastRenderedPageBreak/>
        <w:t>🚢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En la corte brilla la voz del rey,</w:t>
      </w:r>
      <w:r w:rsidRPr="00687F5B">
        <w:rPr>
          <w:rFonts w:asciiTheme="majorHAnsi" w:hAnsiTheme="majorHAnsi" w:cstheme="majorHAnsi"/>
          <w:sz w:val="28"/>
          <w:szCs w:val="28"/>
        </w:rPr>
        <w:br/>
        <w:t>Menelao cuenta lo que él bien sabe.</w:t>
      </w:r>
      <w:r w:rsidRPr="00687F5B">
        <w:rPr>
          <w:rFonts w:asciiTheme="majorHAnsi" w:hAnsiTheme="majorHAnsi" w:cstheme="majorHAnsi"/>
          <w:sz w:val="28"/>
          <w:szCs w:val="28"/>
        </w:rPr>
        <w:br/>
        <w:t>Helena recuerda con tono dolido,</w:t>
      </w:r>
      <w:r w:rsidRPr="00687F5B">
        <w:rPr>
          <w:rFonts w:asciiTheme="majorHAnsi" w:hAnsiTheme="majorHAnsi" w:cstheme="majorHAnsi"/>
          <w:sz w:val="28"/>
          <w:szCs w:val="28"/>
        </w:rPr>
        <w:br/>
        <w:t>cómo el destino los ha unido.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Hablan de Ulises, del mar y su pena,</w:t>
      </w:r>
      <w:r w:rsidRPr="00687F5B">
        <w:rPr>
          <w:rFonts w:asciiTheme="majorHAnsi" w:hAnsiTheme="majorHAnsi" w:cstheme="majorHAnsi"/>
          <w:sz w:val="28"/>
          <w:szCs w:val="28"/>
        </w:rPr>
        <w:br/>
        <w:t>de islas perdidas y eterna condena.</w:t>
      </w:r>
      <w:r w:rsidRPr="00687F5B">
        <w:rPr>
          <w:rFonts w:asciiTheme="majorHAnsi" w:hAnsiTheme="majorHAnsi" w:cstheme="majorHAnsi"/>
          <w:sz w:val="28"/>
          <w:szCs w:val="28"/>
        </w:rPr>
        <w:br/>
        <w:t>Telémaco llora, mas crece su fe,</w:t>
      </w:r>
      <w:r w:rsidRPr="00687F5B">
        <w:rPr>
          <w:rFonts w:asciiTheme="majorHAnsi" w:hAnsiTheme="majorHAnsi" w:cstheme="majorHAnsi"/>
          <w:sz w:val="28"/>
          <w:szCs w:val="28"/>
        </w:rPr>
        <w:br/>
        <w:t>en Ítaca acecha el oscuro revés.</w:t>
      </w:r>
    </w:p>
    <w:p w:rsidR="00687F5B" w:rsidRPr="00687F5B" w:rsidRDefault="00687F5B" w:rsidP="00687F5B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🌊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Llega a Pilos con rostro valiente,</w:t>
      </w:r>
      <w:r w:rsidRPr="00687F5B">
        <w:rPr>
          <w:rFonts w:asciiTheme="majorHAnsi" w:hAnsiTheme="majorHAnsi" w:cstheme="majorHAnsi"/>
          <w:sz w:val="28"/>
          <w:szCs w:val="28"/>
        </w:rPr>
        <w:br/>
        <w:t>Néstor lo acoge, lo mira paciente.</w:t>
      </w:r>
      <w:r w:rsidRPr="00687F5B">
        <w:rPr>
          <w:rFonts w:asciiTheme="majorHAnsi" w:hAnsiTheme="majorHAnsi" w:cstheme="majorHAnsi"/>
          <w:sz w:val="28"/>
          <w:szCs w:val="28"/>
        </w:rPr>
        <w:br/>
        <w:t>Hablan de Ulises, del fin troyano,</w:t>
      </w:r>
      <w:r w:rsidRPr="00687F5B">
        <w:rPr>
          <w:rFonts w:asciiTheme="majorHAnsi" w:hAnsiTheme="majorHAnsi" w:cstheme="majorHAnsi"/>
          <w:sz w:val="28"/>
          <w:szCs w:val="28"/>
        </w:rPr>
        <w:br/>
        <w:t>de héroes caídos por mano humana.</w:t>
      </w:r>
    </w:p>
    <w:p w:rsidR="00861108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Sacrifican toros, honran al cielo,</w:t>
      </w:r>
      <w:r w:rsidRPr="00687F5B">
        <w:rPr>
          <w:rFonts w:asciiTheme="majorHAnsi" w:hAnsiTheme="majorHAnsi" w:cstheme="majorHAnsi"/>
          <w:sz w:val="28"/>
          <w:szCs w:val="28"/>
        </w:rPr>
        <w:br/>
        <w:t>la historia revive bajo el desvelo.</w:t>
      </w:r>
      <w:r w:rsidRPr="00687F5B">
        <w:rPr>
          <w:rFonts w:asciiTheme="majorHAnsi" w:hAnsiTheme="majorHAnsi" w:cstheme="majorHAnsi"/>
          <w:sz w:val="28"/>
          <w:szCs w:val="28"/>
        </w:rPr>
        <w:br/>
        <w:t>Atenea guía, con forma divina,</w:t>
      </w:r>
      <w:r w:rsidRPr="00687F5B">
        <w:rPr>
          <w:rFonts w:asciiTheme="majorHAnsi" w:hAnsiTheme="majorHAnsi" w:cstheme="majorHAnsi"/>
          <w:sz w:val="28"/>
          <w:szCs w:val="28"/>
        </w:rPr>
        <w:br/>
        <w:t>la ruta del joven se encamina.</w:t>
      </w: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🌅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Despierta en la orilla cubierto de arena,</w:t>
      </w:r>
      <w:r w:rsidRPr="00687F5B">
        <w:rPr>
          <w:rFonts w:asciiTheme="majorHAnsi" w:hAnsiTheme="majorHAnsi" w:cstheme="majorHAnsi"/>
          <w:sz w:val="28"/>
          <w:szCs w:val="28"/>
        </w:rPr>
        <w:br/>
      </w:r>
      <w:proofErr w:type="spellStart"/>
      <w:r w:rsidRPr="00687F5B">
        <w:rPr>
          <w:rFonts w:asciiTheme="majorHAnsi" w:hAnsiTheme="majorHAnsi" w:cstheme="majorHAnsi"/>
          <w:sz w:val="28"/>
          <w:szCs w:val="28"/>
        </w:rPr>
        <w:t>Nausícaa</w:t>
      </w:r>
      <w:proofErr w:type="spellEnd"/>
      <w:r w:rsidRPr="00687F5B">
        <w:rPr>
          <w:rFonts w:asciiTheme="majorHAnsi" w:hAnsiTheme="majorHAnsi" w:cstheme="majorHAnsi"/>
          <w:sz w:val="28"/>
          <w:szCs w:val="28"/>
        </w:rPr>
        <w:t xml:space="preserve"> aparece, pura y serena.</w:t>
      </w:r>
      <w:r w:rsidRPr="00687F5B">
        <w:rPr>
          <w:rFonts w:asciiTheme="majorHAnsi" w:hAnsiTheme="majorHAnsi" w:cstheme="majorHAnsi"/>
          <w:sz w:val="28"/>
          <w:szCs w:val="28"/>
        </w:rPr>
        <w:br/>
        <w:t>Lo ayuda con ropas, con pan y cuidado,</w:t>
      </w:r>
      <w:r w:rsidRPr="00687F5B">
        <w:rPr>
          <w:rFonts w:asciiTheme="majorHAnsi" w:hAnsiTheme="majorHAnsi" w:cstheme="majorHAnsi"/>
          <w:sz w:val="28"/>
          <w:szCs w:val="28"/>
        </w:rPr>
        <w:br/>
        <w:t>el héroe agradece, humilde y cansado.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 xml:space="preserve">El pueblo </w:t>
      </w:r>
      <w:proofErr w:type="spellStart"/>
      <w:r w:rsidRPr="00687F5B">
        <w:rPr>
          <w:rFonts w:asciiTheme="majorHAnsi" w:hAnsiTheme="majorHAnsi" w:cstheme="majorHAnsi"/>
          <w:sz w:val="28"/>
          <w:szCs w:val="28"/>
        </w:rPr>
        <w:t>feacio</w:t>
      </w:r>
      <w:proofErr w:type="spellEnd"/>
      <w:r w:rsidRPr="00687F5B">
        <w:rPr>
          <w:rFonts w:asciiTheme="majorHAnsi" w:hAnsiTheme="majorHAnsi" w:cstheme="majorHAnsi"/>
          <w:sz w:val="28"/>
          <w:szCs w:val="28"/>
        </w:rPr>
        <w:t xml:space="preserve"> promete hospedarlo,</w:t>
      </w:r>
      <w:r w:rsidRPr="00687F5B">
        <w:rPr>
          <w:rFonts w:asciiTheme="majorHAnsi" w:hAnsiTheme="majorHAnsi" w:cstheme="majorHAnsi"/>
          <w:sz w:val="28"/>
          <w:szCs w:val="28"/>
        </w:rPr>
        <w:br/>
        <w:t>sin saber aún quién viene a contarlo.</w:t>
      </w:r>
      <w:r w:rsidRPr="00687F5B">
        <w:rPr>
          <w:rFonts w:asciiTheme="majorHAnsi" w:hAnsiTheme="majorHAnsi" w:cstheme="majorHAnsi"/>
          <w:sz w:val="28"/>
          <w:szCs w:val="28"/>
        </w:rPr>
        <w:br/>
        <w:t>Su suerte parece cambiar al fin,</w:t>
      </w:r>
      <w:r w:rsidRPr="00687F5B">
        <w:rPr>
          <w:rFonts w:asciiTheme="majorHAnsi" w:hAnsiTheme="majorHAnsi" w:cstheme="majorHAnsi"/>
          <w:sz w:val="28"/>
          <w:szCs w:val="28"/>
        </w:rPr>
        <w:br/>
        <w:t>la paz lo rodea, pero es un festín.</w:t>
      </w:r>
    </w:p>
    <w:p w:rsidR="00687F5B" w:rsidRPr="00687F5B" w:rsidRDefault="00687F5B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</w:p>
    <w:p w:rsidR="00687F5B" w:rsidRPr="00687F5B" w:rsidRDefault="00687F5B" w:rsidP="00687F5B">
      <w:pPr>
        <w:rPr>
          <w:rFonts w:asciiTheme="majorHAnsi" w:hAnsiTheme="majorHAnsi" w:cstheme="majorHAnsi"/>
          <w:sz w:val="28"/>
          <w:szCs w:val="28"/>
          <w:lang w:val="es-ES"/>
        </w:rPr>
      </w:pPr>
    </w:p>
    <w:p w:rsidR="00687F5B" w:rsidRPr="00687F5B" w:rsidRDefault="00687F5B" w:rsidP="00687F5B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  <w:lang w:val="es-ES"/>
        </w:rPr>
        <w:lastRenderedPageBreak/>
        <w:t>⚡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El joven convoca al pueblo en la plaza,</w:t>
      </w:r>
      <w:r w:rsidRPr="00687F5B">
        <w:rPr>
          <w:rFonts w:asciiTheme="majorHAnsi" w:hAnsiTheme="majorHAnsi" w:cstheme="majorHAnsi"/>
          <w:sz w:val="28"/>
          <w:szCs w:val="28"/>
        </w:rPr>
        <w:br/>
        <w:t>los pretendientes se burlan sin gracia.</w:t>
      </w:r>
      <w:r w:rsidRPr="00687F5B">
        <w:rPr>
          <w:rFonts w:asciiTheme="majorHAnsi" w:hAnsiTheme="majorHAnsi" w:cstheme="majorHAnsi"/>
          <w:sz w:val="28"/>
          <w:szCs w:val="28"/>
        </w:rPr>
        <w:br/>
        <w:t>Pide justicia, su voz resuena,</w:t>
      </w:r>
      <w:r w:rsidRPr="00687F5B">
        <w:rPr>
          <w:rFonts w:asciiTheme="majorHAnsi" w:hAnsiTheme="majorHAnsi" w:cstheme="majorHAnsi"/>
          <w:sz w:val="28"/>
          <w:szCs w:val="28"/>
        </w:rPr>
        <w:br/>
        <w:t>el reino lo mira, su fuerza es plena.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Atenea, oculta en figura mortal,</w:t>
      </w:r>
      <w:r w:rsidRPr="00687F5B">
        <w:rPr>
          <w:rFonts w:asciiTheme="majorHAnsi" w:hAnsiTheme="majorHAnsi" w:cstheme="majorHAnsi"/>
          <w:sz w:val="28"/>
          <w:szCs w:val="28"/>
        </w:rPr>
        <w:br/>
        <w:t>le ofrece un viaje, promesa inmortal.</w:t>
      </w:r>
      <w:r w:rsidRPr="00687F5B">
        <w:rPr>
          <w:rFonts w:asciiTheme="majorHAnsi" w:hAnsiTheme="majorHAnsi" w:cstheme="majorHAnsi"/>
          <w:sz w:val="28"/>
          <w:szCs w:val="28"/>
        </w:rPr>
        <w:br/>
        <w:t>Telémaco parte con fe en el pecho,</w:t>
      </w:r>
      <w:r w:rsidRPr="00687F5B">
        <w:rPr>
          <w:rFonts w:asciiTheme="majorHAnsi" w:hAnsiTheme="majorHAnsi" w:cstheme="majorHAnsi"/>
          <w:sz w:val="28"/>
          <w:szCs w:val="28"/>
        </w:rPr>
        <w:br/>
        <w:t>buscando noticias, cumpliendo su hecho.</w:t>
      </w: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🏛</w:t>
      </w:r>
      <w:r w:rsidRPr="00687F5B">
        <w:rPr>
          <w:rFonts w:cstheme="majorHAnsi"/>
          <w:sz w:val="28"/>
          <w:szCs w:val="28"/>
        </w:rPr>
        <w:t>️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Ante Arete y Alcínoo se inclina,</w:t>
      </w:r>
      <w:r w:rsidRPr="00687F5B">
        <w:rPr>
          <w:rFonts w:asciiTheme="majorHAnsi" w:hAnsiTheme="majorHAnsi" w:cstheme="majorHAnsi"/>
          <w:sz w:val="28"/>
          <w:szCs w:val="28"/>
        </w:rPr>
        <w:br/>
        <w:t>narra su viaje con voz divina.</w:t>
      </w:r>
      <w:r w:rsidRPr="00687F5B">
        <w:rPr>
          <w:rFonts w:asciiTheme="majorHAnsi" w:hAnsiTheme="majorHAnsi" w:cstheme="majorHAnsi"/>
          <w:sz w:val="28"/>
          <w:szCs w:val="28"/>
        </w:rPr>
        <w:br/>
        <w:t>Los dioses lo miran, el pueblo asiente,</w:t>
      </w:r>
      <w:r w:rsidRPr="00687F5B">
        <w:rPr>
          <w:rFonts w:asciiTheme="majorHAnsi" w:hAnsiTheme="majorHAnsi" w:cstheme="majorHAnsi"/>
          <w:sz w:val="28"/>
          <w:szCs w:val="28"/>
        </w:rPr>
        <w:br/>
        <w:t>la historia renace, viva, potente.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Le ofrecen regalos, un barco, honor,</w:t>
      </w:r>
      <w:r w:rsidRPr="00687F5B">
        <w:rPr>
          <w:rFonts w:asciiTheme="majorHAnsi" w:hAnsiTheme="majorHAnsi" w:cstheme="majorHAnsi"/>
          <w:sz w:val="28"/>
          <w:szCs w:val="28"/>
        </w:rPr>
        <w:br/>
        <w:t>un banquete eterno en su favor.</w:t>
      </w:r>
      <w:r w:rsidRPr="00687F5B">
        <w:rPr>
          <w:rFonts w:asciiTheme="majorHAnsi" w:hAnsiTheme="majorHAnsi" w:cstheme="majorHAnsi"/>
          <w:sz w:val="28"/>
          <w:szCs w:val="28"/>
        </w:rPr>
        <w:br/>
        <w:t>Ulises agradece con gran emoción,</w:t>
      </w:r>
      <w:r w:rsidRPr="00687F5B">
        <w:rPr>
          <w:rFonts w:asciiTheme="majorHAnsi" w:hAnsiTheme="majorHAnsi" w:cstheme="majorHAnsi"/>
          <w:sz w:val="28"/>
          <w:szCs w:val="28"/>
        </w:rPr>
        <w:br/>
        <w:t>pero su alma ansía otra dirección.</w:t>
      </w:r>
    </w:p>
    <w:p w:rsidR="00687F5B" w:rsidRPr="00687F5B" w:rsidRDefault="00687F5B" w:rsidP="00687F5B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🏝</w:t>
      </w:r>
      <w:r w:rsidRPr="00687F5B">
        <w:rPr>
          <w:rFonts w:cstheme="majorHAnsi"/>
          <w:sz w:val="28"/>
          <w:szCs w:val="28"/>
        </w:rPr>
        <w:t>️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En su isla retiene la ninfa al héroe,</w:t>
      </w:r>
      <w:r w:rsidRPr="00687F5B">
        <w:rPr>
          <w:rFonts w:asciiTheme="majorHAnsi" w:hAnsiTheme="majorHAnsi" w:cstheme="majorHAnsi"/>
          <w:sz w:val="28"/>
          <w:szCs w:val="28"/>
        </w:rPr>
        <w:br/>
        <w:t>le ofrece su amor, su eterno recreo.</w:t>
      </w:r>
      <w:r w:rsidRPr="00687F5B">
        <w:rPr>
          <w:rFonts w:asciiTheme="majorHAnsi" w:hAnsiTheme="majorHAnsi" w:cstheme="majorHAnsi"/>
          <w:sz w:val="28"/>
          <w:szCs w:val="28"/>
        </w:rPr>
        <w:br/>
        <w:t>Hermes desciende, mensaje de Zeus,</w:t>
      </w:r>
      <w:r w:rsidRPr="00687F5B">
        <w:rPr>
          <w:rFonts w:asciiTheme="majorHAnsi" w:hAnsiTheme="majorHAnsi" w:cstheme="majorHAnsi"/>
          <w:sz w:val="28"/>
          <w:szCs w:val="28"/>
        </w:rPr>
        <w:br/>
        <w:t>Ulises partirá, aunque tema los cielos.</w:t>
      </w:r>
    </w:p>
    <w:p w:rsidR="00861108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Construye su balsa, enfrenta el mar,</w:t>
      </w:r>
      <w:r w:rsidRPr="00687F5B">
        <w:rPr>
          <w:rFonts w:asciiTheme="majorHAnsi" w:hAnsiTheme="majorHAnsi" w:cstheme="majorHAnsi"/>
          <w:sz w:val="28"/>
          <w:szCs w:val="28"/>
        </w:rPr>
        <w:br/>
        <w:t>Poseidón ruge, lo quiere ahogar.</w:t>
      </w:r>
      <w:r w:rsidRPr="00687F5B">
        <w:rPr>
          <w:rFonts w:asciiTheme="majorHAnsi" w:hAnsiTheme="majorHAnsi" w:cstheme="majorHAnsi"/>
          <w:sz w:val="28"/>
          <w:szCs w:val="28"/>
        </w:rPr>
        <w:br/>
      </w:r>
      <w:proofErr w:type="spellStart"/>
      <w:r w:rsidRPr="00687F5B">
        <w:rPr>
          <w:rFonts w:asciiTheme="majorHAnsi" w:hAnsiTheme="majorHAnsi" w:cstheme="majorHAnsi"/>
          <w:sz w:val="28"/>
          <w:szCs w:val="28"/>
        </w:rPr>
        <w:t>Ino</w:t>
      </w:r>
      <w:proofErr w:type="spellEnd"/>
      <w:r w:rsidRPr="00687F5B">
        <w:rPr>
          <w:rFonts w:asciiTheme="majorHAnsi" w:hAnsiTheme="majorHAnsi" w:cstheme="majorHAnsi"/>
          <w:sz w:val="28"/>
          <w:szCs w:val="28"/>
        </w:rPr>
        <w:t xml:space="preserve"> lo salva, el destino se cruza,</w:t>
      </w:r>
      <w:r w:rsidRPr="00687F5B">
        <w:rPr>
          <w:rFonts w:asciiTheme="majorHAnsi" w:hAnsiTheme="majorHAnsi" w:cstheme="majorHAnsi"/>
          <w:sz w:val="28"/>
          <w:szCs w:val="28"/>
        </w:rPr>
        <w:br/>
        <w:t xml:space="preserve">la costa de </w:t>
      </w:r>
      <w:proofErr w:type="spellStart"/>
      <w:r w:rsidRPr="00687F5B">
        <w:rPr>
          <w:rFonts w:asciiTheme="majorHAnsi" w:hAnsiTheme="majorHAnsi" w:cstheme="majorHAnsi"/>
          <w:sz w:val="28"/>
          <w:szCs w:val="28"/>
        </w:rPr>
        <w:t>Esqueria</w:t>
      </w:r>
      <w:proofErr w:type="spellEnd"/>
      <w:r w:rsidRPr="00687F5B">
        <w:rPr>
          <w:rFonts w:asciiTheme="majorHAnsi" w:hAnsiTheme="majorHAnsi" w:cstheme="majorHAnsi"/>
          <w:sz w:val="28"/>
          <w:szCs w:val="28"/>
        </w:rPr>
        <w:t xml:space="preserve"> le da la excusa.</w:t>
      </w:r>
    </w:p>
    <w:p w:rsidR="00861108" w:rsidRPr="00687F5B" w:rsidRDefault="00861108" w:rsidP="00861108">
      <w:pPr>
        <w:rPr>
          <w:rFonts w:asciiTheme="majorHAnsi" w:hAnsiTheme="majorHAnsi" w:cstheme="majorHAnsi"/>
          <w:sz w:val="28"/>
          <w:szCs w:val="28"/>
          <w:lang w:val="es-ES"/>
        </w:rPr>
      </w:pPr>
    </w:p>
    <w:p w:rsidR="00687F5B" w:rsidRPr="00687F5B" w:rsidRDefault="00687F5B" w:rsidP="00861108">
      <w:pPr>
        <w:rPr>
          <w:rFonts w:asciiTheme="majorHAnsi" w:hAnsiTheme="majorHAnsi" w:cstheme="majorHAnsi"/>
          <w:sz w:val="28"/>
          <w:szCs w:val="28"/>
          <w:lang w:val="es-ES"/>
        </w:rPr>
      </w:pP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lastRenderedPageBreak/>
        <w:t>🐏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Cuenta Ulises su ruta fatal,</w:t>
      </w:r>
      <w:r w:rsidRPr="00687F5B">
        <w:rPr>
          <w:rFonts w:asciiTheme="majorHAnsi" w:hAnsiTheme="majorHAnsi" w:cstheme="majorHAnsi"/>
          <w:sz w:val="28"/>
          <w:szCs w:val="28"/>
        </w:rPr>
        <w:br/>
        <w:t>los lotófagos, sueño mortal.</w:t>
      </w:r>
      <w:r w:rsidRPr="00687F5B">
        <w:rPr>
          <w:rFonts w:asciiTheme="majorHAnsi" w:hAnsiTheme="majorHAnsi" w:cstheme="majorHAnsi"/>
          <w:sz w:val="28"/>
          <w:szCs w:val="28"/>
        </w:rPr>
        <w:br/>
        <w:t>En la cueva del cíclope insano,</w:t>
      </w:r>
      <w:r w:rsidRPr="00687F5B">
        <w:rPr>
          <w:rFonts w:asciiTheme="majorHAnsi" w:hAnsiTheme="majorHAnsi" w:cstheme="majorHAnsi"/>
          <w:sz w:val="28"/>
          <w:szCs w:val="28"/>
        </w:rPr>
        <w:br/>
        <w:t>el vino y el engaño abren el paso humano.</w:t>
      </w:r>
    </w:p>
    <w:p w:rsidR="00861108" w:rsidRPr="00687F5B" w:rsidRDefault="00861108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“Soy Nadie”, le dice, el ojo revienta,</w:t>
      </w:r>
      <w:r w:rsidRPr="00687F5B">
        <w:rPr>
          <w:rFonts w:asciiTheme="majorHAnsi" w:hAnsiTheme="majorHAnsi" w:cstheme="majorHAnsi"/>
          <w:sz w:val="28"/>
          <w:szCs w:val="28"/>
        </w:rPr>
        <w:br/>
      </w:r>
      <w:proofErr w:type="gramStart"/>
      <w:r w:rsidR="00687F5B" w:rsidRPr="00687F5B">
        <w:rPr>
          <w:rFonts w:asciiTheme="majorHAnsi" w:hAnsiTheme="majorHAnsi" w:cstheme="majorHAnsi"/>
          <w:sz w:val="28"/>
          <w:szCs w:val="28"/>
        </w:rPr>
        <w:t>el monstruo grita</w:t>
      </w:r>
      <w:proofErr w:type="gramEnd"/>
      <w:r w:rsidRPr="00687F5B">
        <w:rPr>
          <w:rFonts w:asciiTheme="majorHAnsi" w:hAnsiTheme="majorHAnsi" w:cstheme="majorHAnsi"/>
          <w:sz w:val="28"/>
          <w:szCs w:val="28"/>
        </w:rPr>
        <w:t>, la isla revienta.</w:t>
      </w:r>
      <w:r w:rsidRPr="00687F5B">
        <w:rPr>
          <w:rFonts w:asciiTheme="majorHAnsi" w:hAnsiTheme="majorHAnsi" w:cstheme="majorHAnsi"/>
          <w:sz w:val="28"/>
          <w:szCs w:val="28"/>
        </w:rPr>
        <w:br/>
        <w:t>Escapan atados a vientres de oveja,</w:t>
      </w:r>
      <w:r w:rsidRPr="00687F5B">
        <w:rPr>
          <w:rFonts w:asciiTheme="majorHAnsi" w:hAnsiTheme="majorHAnsi" w:cstheme="majorHAnsi"/>
          <w:sz w:val="28"/>
          <w:szCs w:val="28"/>
        </w:rPr>
        <w:br/>
        <w:t>Poseidón jura su eterna queja.</w:t>
      </w: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  <w:lang w:val="es-ES"/>
        </w:rPr>
        <w:t>⚰</w:t>
      </w:r>
      <w:r w:rsidRPr="00687F5B">
        <w:rPr>
          <w:rFonts w:cstheme="majorHAnsi"/>
          <w:sz w:val="28"/>
          <w:szCs w:val="28"/>
        </w:rPr>
        <w:t>️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Entra en el mundo que no ve el sol,</w:t>
      </w:r>
      <w:r w:rsidRPr="00687F5B">
        <w:rPr>
          <w:rFonts w:asciiTheme="majorHAnsi" w:hAnsiTheme="majorHAnsi" w:cstheme="majorHAnsi"/>
          <w:sz w:val="28"/>
          <w:szCs w:val="28"/>
        </w:rPr>
        <w:br/>
        <w:t>habla con almas, recibe el rol.</w:t>
      </w:r>
      <w:r w:rsidRPr="00687F5B">
        <w:rPr>
          <w:rFonts w:asciiTheme="majorHAnsi" w:hAnsiTheme="majorHAnsi" w:cstheme="majorHAnsi"/>
          <w:sz w:val="28"/>
          <w:szCs w:val="28"/>
        </w:rPr>
        <w:br/>
        <w:t>Tiresias advierte del mar traidor,</w:t>
      </w:r>
      <w:r w:rsidRPr="00687F5B">
        <w:rPr>
          <w:rFonts w:asciiTheme="majorHAnsi" w:hAnsiTheme="majorHAnsi" w:cstheme="majorHAnsi"/>
          <w:sz w:val="28"/>
          <w:szCs w:val="28"/>
        </w:rPr>
        <w:br/>
        <w:t>y del regreso, teñido de dolor.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Ve a su madre, llora su suerte,</w:t>
      </w:r>
      <w:r w:rsidRPr="00687F5B">
        <w:rPr>
          <w:rFonts w:asciiTheme="majorHAnsi" w:hAnsiTheme="majorHAnsi" w:cstheme="majorHAnsi"/>
          <w:sz w:val="28"/>
          <w:szCs w:val="28"/>
        </w:rPr>
        <w:br/>
        <w:t>los héroes antiguos le cuentan la muerte.</w:t>
      </w:r>
      <w:r w:rsidRPr="00687F5B">
        <w:rPr>
          <w:rFonts w:asciiTheme="majorHAnsi" w:hAnsiTheme="majorHAnsi" w:cstheme="majorHAnsi"/>
          <w:sz w:val="28"/>
          <w:szCs w:val="28"/>
        </w:rPr>
        <w:br/>
        <w:t>Sale del Hades con el corazón frío,</w:t>
      </w:r>
      <w:r w:rsidRPr="00687F5B">
        <w:rPr>
          <w:rFonts w:asciiTheme="majorHAnsi" w:hAnsiTheme="majorHAnsi" w:cstheme="majorHAnsi"/>
          <w:sz w:val="28"/>
          <w:szCs w:val="28"/>
        </w:rPr>
        <w:br/>
        <w:t>lleva la sombra, deja el rocío.</w:t>
      </w:r>
    </w:p>
    <w:p w:rsidR="00687F5B" w:rsidRPr="00687F5B" w:rsidRDefault="00687F5B" w:rsidP="00687F5B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💨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Eolo le entrega los vientos guardados,</w:t>
      </w:r>
      <w:r w:rsidRPr="00687F5B">
        <w:rPr>
          <w:rFonts w:asciiTheme="majorHAnsi" w:hAnsiTheme="majorHAnsi" w:cstheme="majorHAnsi"/>
          <w:sz w:val="28"/>
          <w:szCs w:val="28"/>
        </w:rPr>
        <w:br/>
        <w:t>pero su tripulación los ha liberado.</w:t>
      </w:r>
      <w:r w:rsidRPr="00687F5B">
        <w:rPr>
          <w:rFonts w:asciiTheme="majorHAnsi" w:hAnsiTheme="majorHAnsi" w:cstheme="majorHAnsi"/>
          <w:sz w:val="28"/>
          <w:szCs w:val="28"/>
        </w:rPr>
        <w:br/>
        <w:t>Los Lestrigones tragan sus naves al paso,</w:t>
      </w:r>
      <w:r w:rsidRPr="00687F5B">
        <w:rPr>
          <w:rFonts w:asciiTheme="majorHAnsi" w:hAnsiTheme="majorHAnsi" w:cstheme="majorHAnsi"/>
          <w:sz w:val="28"/>
          <w:szCs w:val="28"/>
        </w:rPr>
        <w:br/>
        <w:t>la muerte lo sigue, no hay ningún caso.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 xml:space="preserve">Circe </w:t>
      </w:r>
      <w:proofErr w:type="gramStart"/>
      <w:r w:rsidRPr="00687F5B">
        <w:rPr>
          <w:rFonts w:asciiTheme="majorHAnsi" w:hAnsiTheme="majorHAnsi" w:cstheme="majorHAnsi"/>
          <w:sz w:val="28"/>
          <w:szCs w:val="28"/>
        </w:rPr>
        <w:t>los</w:t>
      </w:r>
      <w:proofErr w:type="gramEnd"/>
      <w:r w:rsidRPr="00687F5B">
        <w:rPr>
          <w:rFonts w:asciiTheme="majorHAnsi" w:hAnsiTheme="majorHAnsi" w:cstheme="majorHAnsi"/>
          <w:sz w:val="28"/>
          <w:szCs w:val="28"/>
        </w:rPr>
        <w:t xml:space="preserve"> encanta, los vuelve bestias,</w:t>
      </w:r>
      <w:r w:rsidRPr="00687F5B">
        <w:rPr>
          <w:rFonts w:asciiTheme="majorHAnsi" w:hAnsiTheme="majorHAnsi" w:cstheme="majorHAnsi"/>
          <w:sz w:val="28"/>
          <w:szCs w:val="28"/>
        </w:rPr>
        <w:br/>
        <w:t>pero él la enfrenta, le quita la mueca.</w:t>
      </w:r>
      <w:r w:rsidRPr="00687F5B">
        <w:rPr>
          <w:rFonts w:asciiTheme="majorHAnsi" w:hAnsiTheme="majorHAnsi" w:cstheme="majorHAnsi"/>
          <w:sz w:val="28"/>
          <w:szCs w:val="28"/>
        </w:rPr>
        <w:br/>
        <w:t>Un año descansa en sus brazos dorados,</w:t>
      </w:r>
      <w:r w:rsidRPr="00687F5B">
        <w:rPr>
          <w:rFonts w:asciiTheme="majorHAnsi" w:hAnsiTheme="majorHAnsi" w:cstheme="majorHAnsi"/>
          <w:sz w:val="28"/>
          <w:szCs w:val="28"/>
        </w:rPr>
        <w:br/>
        <w:t>y parte otra vez, por dioses guiado.</w:t>
      </w:r>
    </w:p>
    <w:p w:rsidR="00861108" w:rsidRPr="00687F5B" w:rsidRDefault="00861108" w:rsidP="00861108">
      <w:pPr>
        <w:rPr>
          <w:rFonts w:asciiTheme="majorHAnsi" w:hAnsiTheme="majorHAnsi" w:cstheme="majorHAnsi"/>
          <w:sz w:val="28"/>
          <w:szCs w:val="28"/>
          <w:lang w:val="es-ES"/>
        </w:rPr>
      </w:pPr>
    </w:p>
    <w:p w:rsidR="00687F5B" w:rsidRPr="00687F5B" w:rsidRDefault="00687F5B" w:rsidP="00861108">
      <w:pPr>
        <w:rPr>
          <w:rFonts w:asciiTheme="majorHAnsi" w:hAnsiTheme="majorHAnsi" w:cstheme="majorHAnsi"/>
          <w:sz w:val="28"/>
          <w:szCs w:val="28"/>
          <w:lang w:val="es-ES"/>
        </w:rPr>
      </w:pP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lastRenderedPageBreak/>
        <w:t>🐂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Tapa sus oídos, se ata al mástil,</w:t>
      </w:r>
      <w:r w:rsidRPr="00687F5B">
        <w:rPr>
          <w:rFonts w:asciiTheme="majorHAnsi" w:hAnsiTheme="majorHAnsi" w:cstheme="majorHAnsi"/>
          <w:sz w:val="28"/>
          <w:szCs w:val="28"/>
        </w:rPr>
        <w:br/>
        <w:t>las sirenas cantan, deseo frágil.</w:t>
      </w:r>
      <w:r w:rsidRPr="00687F5B">
        <w:rPr>
          <w:rFonts w:asciiTheme="majorHAnsi" w:hAnsiTheme="majorHAnsi" w:cstheme="majorHAnsi"/>
          <w:sz w:val="28"/>
          <w:szCs w:val="28"/>
        </w:rPr>
        <w:br/>
        <w:t>Escila devora, Caribdis traga,</w:t>
      </w:r>
      <w:r w:rsidRPr="00687F5B">
        <w:rPr>
          <w:rFonts w:asciiTheme="majorHAnsi" w:hAnsiTheme="majorHAnsi" w:cstheme="majorHAnsi"/>
          <w:sz w:val="28"/>
          <w:szCs w:val="28"/>
        </w:rPr>
        <w:br/>
        <w:t>la mar los prueba, la fe no flaquea.</w:t>
      </w:r>
    </w:p>
    <w:p w:rsidR="00861108" w:rsidRPr="00687F5B" w:rsidRDefault="00861108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Llegan al pasto del dios Helio,</w:t>
      </w:r>
      <w:r w:rsidRPr="00687F5B">
        <w:rPr>
          <w:rFonts w:asciiTheme="majorHAnsi" w:hAnsiTheme="majorHAnsi" w:cstheme="majorHAnsi"/>
          <w:sz w:val="28"/>
          <w:szCs w:val="28"/>
        </w:rPr>
        <w:br/>
        <w:t>sus hombres pecan, se rompe el hilo.</w:t>
      </w:r>
      <w:r w:rsidRPr="00687F5B">
        <w:rPr>
          <w:rFonts w:asciiTheme="majorHAnsi" w:hAnsiTheme="majorHAnsi" w:cstheme="majorHAnsi"/>
          <w:sz w:val="28"/>
          <w:szCs w:val="28"/>
        </w:rPr>
        <w:br/>
        <w:t>Zeus los castiga, Ulises resiste,</w:t>
      </w:r>
      <w:r w:rsidRPr="00687F5B">
        <w:rPr>
          <w:rFonts w:asciiTheme="majorHAnsi" w:hAnsiTheme="majorHAnsi" w:cstheme="majorHAnsi"/>
          <w:sz w:val="28"/>
          <w:szCs w:val="28"/>
        </w:rPr>
        <w:br/>
        <w:t>solo él sobrevive, su fuerza persiste.</w:t>
      </w: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🐖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Llega a la choza del fiel servidor,</w:t>
      </w:r>
      <w:r w:rsidRPr="00687F5B">
        <w:rPr>
          <w:rFonts w:asciiTheme="majorHAnsi" w:hAnsiTheme="majorHAnsi" w:cstheme="majorHAnsi"/>
          <w:sz w:val="28"/>
          <w:szCs w:val="28"/>
        </w:rPr>
        <w:br/>
      </w:r>
      <w:proofErr w:type="spellStart"/>
      <w:r w:rsidRPr="00687F5B">
        <w:rPr>
          <w:rFonts w:asciiTheme="majorHAnsi" w:hAnsiTheme="majorHAnsi" w:cstheme="majorHAnsi"/>
          <w:sz w:val="28"/>
          <w:szCs w:val="28"/>
        </w:rPr>
        <w:t>Eumeo</w:t>
      </w:r>
      <w:proofErr w:type="spellEnd"/>
      <w:r w:rsidRPr="00687F5B">
        <w:rPr>
          <w:rFonts w:asciiTheme="majorHAnsi" w:hAnsiTheme="majorHAnsi" w:cstheme="majorHAnsi"/>
          <w:sz w:val="28"/>
          <w:szCs w:val="28"/>
        </w:rPr>
        <w:t xml:space="preserve"> lo acoge con tierno fervor.</w:t>
      </w:r>
      <w:r w:rsidRPr="00687F5B">
        <w:rPr>
          <w:rFonts w:asciiTheme="majorHAnsi" w:hAnsiTheme="majorHAnsi" w:cstheme="majorHAnsi"/>
          <w:sz w:val="28"/>
          <w:szCs w:val="28"/>
        </w:rPr>
        <w:br/>
        <w:t>Hablan de tiempos, de pena y de honor,</w:t>
      </w:r>
      <w:r w:rsidRPr="00687F5B">
        <w:rPr>
          <w:rFonts w:asciiTheme="majorHAnsi" w:hAnsiTheme="majorHAnsi" w:cstheme="majorHAnsi"/>
          <w:sz w:val="28"/>
          <w:szCs w:val="28"/>
        </w:rPr>
        <w:br/>
        <w:t>Ulises calla, domina el dolor.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Prueba su lealtad con historias falsas,</w:t>
      </w:r>
      <w:r w:rsidRPr="00687F5B">
        <w:rPr>
          <w:rFonts w:asciiTheme="majorHAnsi" w:hAnsiTheme="majorHAnsi" w:cstheme="majorHAnsi"/>
          <w:sz w:val="28"/>
          <w:szCs w:val="28"/>
        </w:rPr>
        <w:br/>
        <w:t>el porquero escucha, sin trampas ni farsas.</w:t>
      </w:r>
      <w:r w:rsidRPr="00687F5B">
        <w:rPr>
          <w:rFonts w:asciiTheme="majorHAnsi" w:hAnsiTheme="majorHAnsi" w:cstheme="majorHAnsi"/>
          <w:sz w:val="28"/>
          <w:szCs w:val="28"/>
        </w:rPr>
        <w:br/>
        <w:t>El héroe sonríe, su fe renacida,</w:t>
      </w:r>
      <w:r w:rsidRPr="00687F5B">
        <w:rPr>
          <w:rFonts w:asciiTheme="majorHAnsi" w:hAnsiTheme="majorHAnsi" w:cstheme="majorHAnsi"/>
          <w:sz w:val="28"/>
          <w:szCs w:val="28"/>
        </w:rPr>
        <w:br/>
        <w:t>la casa espera, su hora vendida.</w:t>
      </w:r>
    </w:p>
    <w:p w:rsidR="00687F5B" w:rsidRPr="00687F5B" w:rsidRDefault="00687F5B" w:rsidP="00687F5B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💥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Cae la máscara, truena la furia,</w:t>
      </w:r>
      <w:r w:rsidRPr="00687F5B">
        <w:rPr>
          <w:rFonts w:asciiTheme="majorHAnsi" w:hAnsiTheme="majorHAnsi" w:cstheme="majorHAnsi"/>
          <w:sz w:val="28"/>
          <w:szCs w:val="28"/>
        </w:rPr>
        <w:br/>
        <w:t>Ulises dispara sin más penuria.</w:t>
      </w:r>
      <w:r w:rsidRPr="00687F5B">
        <w:rPr>
          <w:rFonts w:asciiTheme="majorHAnsi" w:hAnsiTheme="majorHAnsi" w:cstheme="majorHAnsi"/>
          <w:sz w:val="28"/>
          <w:szCs w:val="28"/>
        </w:rPr>
        <w:br/>
        <w:t>Telémaco lucha, Atenea guía,</w:t>
      </w:r>
      <w:r w:rsidRPr="00687F5B">
        <w:rPr>
          <w:rFonts w:asciiTheme="majorHAnsi" w:hAnsiTheme="majorHAnsi" w:cstheme="majorHAnsi"/>
          <w:sz w:val="28"/>
          <w:szCs w:val="28"/>
        </w:rPr>
        <w:br/>
        <w:t>la sangre mancha la antigua alegría.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proofErr w:type="gramStart"/>
      <w:r w:rsidRPr="00687F5B">
        <w:rPr>
          <w:rFonts w:asciiTheme="majorHAnsi" w:hAnsiTheme="majorHAnsi" w:cstheme="majorHAnsi"/>
          <w:sz w:val="28"/>
          <w:szCs w:val="28"/>
        </w:rPr>
        <w:t>Uno por uno caen</w:t>
      </w:r>
      <w:proofErr w:type="gramEnd"/>
      <w:r w:rsidRPr="00687F5B">
        <w:rPr>
          <w:rFonts w:asciiTheme="majorHAnsi" w:hAnsiTheme="majorHAnsi" w:cstheme="majorHAnsi"/>
          <w:sz w:val="28"/>
          <w:szCs w:val="28"/>
        </w:rPr>
        <w:t xml:space="preserve"> sin gloria,</w:t>
      </w:r>
      <w:r w:rsidRPr="00687F5B">
        <w:rPr>
          <w:rFonts w:asciiTheme="majorHAnsi" w:hAnsiTheme="majorHAnsi" w:cstheme="majorHAnsi"/>
          <w:sz w:val="28"/>
          <w:szCs w:val="28"/>
        </w:rPr>
        <w:br/>
        <w:t>se borra el abuso, se limpia la historia.</w:t>
      </w:r>
      <w:r w:rsidRPr="00687F5B">
        <w:rPr>
          <w:rFonts w:asciiTheme="majorHAnsi" w:hAnsiTheme="majorHAnsi" w:cstheme="majorHAnsi"/>
          <w:sz w:val="28"/>
          <w:szCs w:val="28"/>
        </w:rPr>
        <w:br/>
        <w:t>Las siervas traidoras pagan también,</w:t>
      </w:r>
      <w:r w:rsidRPr="00687F5B">
        <w:rPr>
          <w:rFonts w:asciiTheme="majorHAnsi" w:hAnsiTheme="majorHAnsi" w:cstheme="majorHAnsi"/>
          <w:sz w:val="28"/>
          <w:szCs w:val="28"/>
        </w:rPr>
        <w:br/>
        <w:t>la casa del héroe renace en bien.</w:t>
      </w:r>
    </w:p>
    <w:p w:rsidR="00861108" w:rsidRPr="00687F5B" w:rsidRDefault="00861108" w:rsidP="00861108">
      <w:pPr>
        <w:rPr>
          <w:rFonts w:asciiTheme="majorHAnsi" w:hAnsiTheme="majorHAnsi" w:cstheme="majorHAnsi"/>
          <w:sz w:val="28"/>
          <w:szCs w:val="28"/>
          <w:lang w:val="es-ES"/>
        </w:rPr>
      </w:pPr>
    </w:p>
    <w:p w:rsidR="00687F5B" w:rsidRPr="00687F5B" w:rsidRDefault="00687F5B" w:rsidP="00861108">
      <w:pPr>
        <w:rPr>
          <w:rFonts w:asciiTheme="majorHAnsi" w:hAnsiTheme="majorHAnsi" w:cstheme="majorHAnsi"/>
          <w:sz w:val="28"/>
          <w:szCs w:val="28"/>
          <w:lang w:val="es-ES"/>
        </w:rPr>
      </w:pP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lastRenderedPageBreak/>
        <w:t>👦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Atenea impulsa al joven heredero,</w:t>
      </w:r>
      <w:r w:rsidRPr="00687F5B">
        <w:rPr>
          <w:rFonts w:asciiTheme="majorHAnsi" w:hAnsiTheme="majorHAnsi" w:cstheme="majorHAnsi"/>
          <w:sz w:val="28"/>
          <w:szCs w:val="28"/>
        </w:rPr>
        <w:br/>
        <w:t>que deja Esparta con paso sincero.</w:t>
      </w:r>
      <w:r w:rsidRPr="00687F5B">
        <w:rPr>
          <w:rFonts w:asciiTheme="majorHAnsi" w:hAnsiTheme="majorHAnsi" w:cstheme="majorHAnsi"/>
          <w:sz w:val="28"/>
          <w:szCs w:val="28"/>
        </w:rPr>
        <w:br/>
        <w:t>Se libra de emboscas, retorna a su hogar,</w:t>
      </w:r>
      <w:r w:rsidRPr="00687F5B">
        <w:rPr>
          <w:rFonts w:asciiTheme="majorHAnsi" w:hAnsiTheme="majorHAnsi" w:cstheme="majorHAnsi"/>
          <w:sz w:val="28"/>
          <w:szCs w:val="28"/>
        </w:rPr>
        <w:br/>
        <w:t>la suerte divina lo hace triunfar.</w:t>
      </w:r>
    </w:p>
    <w:p w:rsidR="00861108" w:rsidRPr="00687F5B" w:rsidRDefault="00861108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proofErr w:type="spellStart"/>
      <w:r w:rsidRPr="00687F5B">
        <w:rPr>
          <w:rFonts w:asciiTheme="majorHAnsi" w:hAnsiTheme="majorHAnsi" w:cstheme="majorHAnsi"/>
          <w:sz w:val="28"/>
          <w:szCs w:val="28"/>
        </w:rPr>
        <w:t>Eumeo</w:t>
      </w:r>
      <w:proofErr w:type="spellEnd"/>
      <w:r w:rsidRPr="00687F5B">
        <w:rPr>
          <w:rFonts w:asciiTheme="majorHAnsi" w:hAnsiTheme="majorHAnsi" w:cstheme="majorHAnsi"/>
          <w:sz w:val="28"/>
          <w:szCs w:val="28"/>
        </w:rPr>
        <w:t xml:space="preserve"> lo acoge, Ulises lo espera,</w:t>
      </w:r>
      <w:r w:rsidRPr="00687F5B">
        <w:rPr>
          <w:rFonts w:asciiTheme="majorHAnsi" w:hAnsiTheme="majorHAnsi" w:cstheme="majorHAnsi"/>
          <w:sz w:val="28"/>
          <w:szCs w:val="28"/>
        </w:rPr>
        <w:br/>
        <w:t>padre e hijo cruzan la esfera.</w:t>
      </w:r>
      <w:r w:rsidRPr="00687F5B">
        <w:rPr>
          <w:rFonts w:asciiTheme="majorHAnsi" w:hAnsiTheme="majorHAnsi" w:cstheme="majorHAnsi"/>
          <w:sz w:val="28"/>
          <w:szCs w:val="28"/>
        </w:rPr>
        <w:br/>
        <w:t>La trama se teje, la lucha se acerca,</w:t>
      </w:r>
      <w:r w:rsidRPr="00687F5B">
        <w:rPr>
          <w:rFonts w:asciiTheme="majorHAnsi" w:hAnsiTheme="majorHAnsi" w:cstheme="majorHAnsi"/>
          <w:sz w:val="28"/>
          <w:szCs w:val="28"/>
        </w:rPr>
        <w:br/>
        <w:t>la sangre del rey ya huele la guerra.</w:t>
      </w: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🕯</w:t>
      </w:r>
      <w:r w:rsidRPr="00687F5B">
        <w:rPr>
          <w:rFonts w:cstheme="majorHAnsi"/>
          <w:sz w:val="28"/>
          <w:szCs w:val="28"/>
        </w:rPr>
        <w:t>️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Telémaco entra, la casa lo aclama,</w:t>
      </w:r>
      <w:r w:rsidRPr="00687F5B">
        <w:rPr>
          <w:rFonts w:asciiTheme="majorHAnsi" w:hAnsiTheme="majorHAnsi" w:cstheme="majorHAnsi"/>
          <w:sz w:val="28"/>
          <w:szCs w:val="28"/>
        </w:rPr>
        <w:br/>
        <w:t>Ulises mendigo se oculta en la trama.</w:t>
      </w:r>
      <w:r w:rsidRPr="00687F5B">
        <w:rPr>
          <w:rFonts w:asciiTheme="majorHAnsi" w:hAnsiTheme="majorHAnsi" w:cstheme="majorHAnsi"/>
          <w:sz w:val="28"/>
          <w:szCs w:val="28"/>
        </w:rPr>
        <w:br/>
        <w:t>Los perros lo muerden, la burla lo hiere,</w:t>
      </w:r>
      <w:r w:rsidRPr="00687F5B">
        <w:rPr>
          <w:rFonts w:asciiTheme="majorHAnsi" w:hAnsiTheme="majorHAnsi" w:cstheme="majorHAnsi"/>
          <w:sz w:val="28"/>
          <w:szCs w:val="28"/>
        </w:rPr>
        <w:br/>
        <w:t>pero su orgullo aún no muere.</w:t>
      </w:r>
    </w:p>
    <w:p w:rsidR="00861108" w:rsidRPr="00687F5B" w:rsidRDefault="00861108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Penélope siente un temblor distinto,</w:t>
      </w:r>
      <w:r w:rsidRPr="00687F5B">
        <w:rPr>
          <w:rFonts w:asciiTheme="majorHAnsi" w:hAnsiTheme="majorHAnsi" w:cstheme="majorHAnsi"/>
          <w:sz w:val="28"/>
          <w:szCs w:val="28"/>
        </w:rPr>
        <w:br/>
        <w:t>la sombra del rey se dibuja en el recinto.</w:t>
      </w:r>
      <w:r w:rsidRPr="00687F5B">
        <w:rPr>
          <w:rFonts w:asciiTheme="majorHAnsi" w:hAnsiTheme="majorHAnsi" w:cstheme="majorHAnsi"/>
          <w:sz w:val="28"/>
          <w:szCs w:val="28"/>
        </w:rPr>
        <w:br/>
        <w:t>Los falsos banquetes se acercan al fin,</w:t>
      </w:r>
      <w:r w:rsidRPr="00687F5B">
        <w:rPr>
          <w:rFonts w:asciiTheme="majorHAnsi" w:hAnsiTheme="majorHAnsi" w:cstheme="majorHAnsi"/>
          <w:sz w:val="28"/>
          <w:szCs w:val="28"/>
        </w:rPr>
        <w:br/>
        <w:t>la calma precede al rugido sin fin.</w:t>
      </w: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💰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proofErr w:type="spellStart"/>
      <w:r w:rsidRPr="00687F5B">
        <w:rPr>
          <w:rFonts w:asciiTheme="majorHAnsi" w:hAnsiTheme="majorHAnsi" w:cstheme="majorHAnsi"/>
          <w:sz w:val="28"/>
          <w:szCs w:val="28"/>
        </w:rPr>
        <w:t>Irus</w:t>
      </w:r>
      <w:proofErr w:type="spellEnd"/>
      <w:r w:rsidRPr="00687F5B">
        <w:rPr>
          <w:rFonts w:asciiTheme="majorHAnsi" w:hAnsiTheme="majorHAnsi" w:cstheme="majorHAnsi"/>
          <w:sz w:val="28"/>
          <w:szCs w:val="28"/>
        </w:rPr>
        <w:t xml:space="preserve"> lo reta, se enfrenta al extraño,</w:t>
      </w:r>
      <w:r w:rsidRPr="00687F5B">
        <w:rPr>
          <w:rFonts w:asciiTheme="majorHAnsi" w:hAnsiTheme="majorHAnsi" w:cstheme="majorHAnsi"/>
          <w:sz w:val="28"/>
          <w:szCs w:val="28"/>
        </w:rPr>
        <w:br/>
        <w:t>Ulises lo vence, sin hacer daño.</w:t>
      </w:r>
      <w:r w:rsidRPr="00687F5B">
        <w:rPr>
          <w:rFonts w:asciiTheme="majorHAnsi" w:hAnsiTheme="majorHAnsi" w:cstheme="majorHAnsi"/>
          <w:sz w:val="28"/>
          <w:szCs w:val="28"/>
        </w:rPr>
        <w:br/>
        <w:t>Los hombres se ríen, la burla se apaga,</w:t>
      </w:r>
      <w:r w:rsidRPr="00687F5B">
        <w:rPr>
          <w:rFonts w:asciiTheme="majorHAnsi" w:hAnsiTheme="majorHAnsi" w:cstheme="majorHAnsi"/>
          <w:sz w:val="28"/>
          <w:szCs w:val="28"/>
        </w:rPr>
        <w:br/>
        <w:t>el rey en silencio su fuerza embalsama.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Penélope baja, su gracia domina,</w:t>
      </w:r>
      <w:r w:rsidRPr="00687F5B">
        <w:rPr>
          <w:rFonts w:asciiTheme="majorHAnsi" w:hAnsiTheme="majorHAnsi" w:cstheme="majorHAnsi"/>
          <w:sz w:val="28"/>
          <w:szCs w:val="28"/>
        </w:rPr>
        <w:br/>
        <w:t>los necios suspiran, la duda germina.</w:t>
      </w:r>
      <w:r w:rsidRPr="00687F5B">
        <w:rPr>
          <w:rFonts w:asciiTheme="majorHAnsi" w:hAnsiTheme="majorHAnsi" w:cstheme="majorHAnsi"/>
          <w:sz w:val="28"/>
          <w:szCs w:val="28"/>
        </w:rPr>
        <w:br/>
        <w:t>El héroe observa, su mente se afila,</w:t>
      </w:r>
      <w:r w:rsidRPr="00687F5B">
        <w:rPr>
          <w:rFonts w:asciiTheme="majorHAnsi" w:hAnsiTheme="majorHAnsi" w:cstheme="majorHAnsi"/>
          <w:sz w:val="28"/>
          <w:szCs w:val="28"/>
        </w:rPr>
        <w:br/>
        <w:t>la hora se acerca, la venganza brilla.</w:t>
      </w:r>
    </w:p>
    <w:p w:rsidR="00687F5B" w:rsidRPr="00687F5B" w:rsidRDefault="00687F5B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</w:p>
    <w:p w:rsidR="00687F5B" w:rsidRPr="00687F5B" w:rsidRDefault="00687F5B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</w:p>
    <w:p w:rsidR="00687F5B" w:rsidRPr="00687F5B" w:rsidRDefault="00687F5B" w:rsidP="00687F5B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  <w:lang w:val="es-ES"/>
        </w:rPr>
        <w:lastRenderedPageBreak/>
        <w:t>⚔</w:t>
      </w:r>
      <w:r w:rsidRPr="00687F5B">
        <w:rPr>
          <w:rFonts w:cstheme="majorHAnsi"/>
          <w:sz w:val="28"/>
          <w:szCs w:val="28"/>
        </w:rPr>
        <w:t>️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El padre revela su ser verdadero,</w:t>
      </w:r>
      <w:r w:rsidRPr="00687F5B">
        <w:rPr>
          <w:rFonts w:asciiTheme="majorHAnsi" w:hAnsiTheme="majorHAnsi" w:cstheme="majorHAnsi"/>
          <w:sz w:val="28"/>
          <w:szCs w:val="28"/>
        </w:rPr>
        <w:br/>
        <w:t>Telémaco duda, pero el lazo es sincero.</w:t>
      </w:r>
      <w:r w:rsidRPr="00687F5B">
        <w:rPr>
          <w:rFonts w:asciiTheme="majorHAnsi" w:hAnsiTheme="majorHAnsi" w:cstheme="majorHAnsi"/>
          <w:sz w:val="28"/>
          <w:szCs w:val="28"/>
        </w:rPr>
        <w:br/>
        <w:t>Lágrimas corren, se funde el destino,</w:t>
      </w:r>
      <w:r w:rsidRPr="00687F5B">
        <w:rPr>
          <w:rFonts w:asciiTheme="majorHAnsi" w:hAnsiTheme="majorHAnsi" w:cstheme="majorHAnsi"/>
          <w:sz w:val="28"/>
          <w:szCs w:val="28"/>
        </w:rPr>
        <w:br/>
        <w:t>dos héroes unidos por el camino.</w:t>
      </w:r>
    </w:p>
    <w:p w:rsidR="00861108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Planean su venganza, trazan la red,</w:t>
      </w:r>
      <w:r w:rsidRPr="00687F5B">
        <w:rPr>
          <w:rFonts w:asciiTheme="majorHAnsi" w:hAnsiTheme="majorHAnsi" w:cstheme="majorHAnsi"/>
          <w:sz w:val="28"/>
          <w:szCs w:val="28"/>
        </w:rPr>
        <w:br/>
        <w:t>los dioses los miran, justicia en su piel.</w:t>
      </w:r>
      <w:r w:rsidRPr="00687F5B">
        <w:rPr>
          <w:rFonts w:asciiTheme="majorHAnsi" w:hAnsiTheme="majorHAnsi" w:cstheme="majorHAnsi"/>
          <w:sz w:val="28"/>
          <w:szCs w:val="28"/>
        </w:rPr>
        <w:br/>
        <w:t>En Ítaca el caos está por caer,</w:t>
      </w:r>
      <w:r w:rsidRPr="00687F5B">
        <w:rPr>
          <w:rFonts w:asciiTheme="majorHAnsi" w:hAnsiTheme="majorHAnsi" w:cstheme="majorHAnsi"/>
          <w:sz w:val="28"/>
          <w:szCs w:val="28"/>
        </w:rPr>
        <w:br/>
        <w:t>pero la familia vuelve a renacer.</w:t>
      </w:r>
    </w:p>
    <w:p w:rsidR="00687F5B" w:rsidRPr="00687F5B" w:rsidRDefault="00687F5B" w:rsidP="00687F5B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👑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Las almas descienden al Hades profundo,</w:t>
      </w:r>
      <w:r w:rsidRPr="00687F5B">
        <w:rPr>
          <w:rFonts w:asciiTheme="majorHAnsi" w:hAnsiTheme="majorHAnsi" w:cstheme="majorHAnsi"/>
          <w:sz w:val="28"/>
          <w:szCs w:val="28"/>
        </w:rPr>
        <w:br/>
        <w:t>los muertos comentan el nuevo mundo.</w:t>
      </w:r>
      <w:r w:rsidRPr="00687F5B">
        <w:rPr>
          <w:rFonts w:asciiTheme="majorHAnsi" w:hAnsiTheme="majorHAnsi" w:cstheme="majorHAnsi"/>
          <w:sz w:val="28"/>
          <w:szCs w:val="28"/>
        </w:rPr>
        <w:br/>
        <w:t>Ulises visita al padre anciano,</w:t>
      </w:r>
      <w:r w:rsidRPr="00687F5B">
        <w:rPr>
          <w:rFonts w:asciiTheme="majorHAnsi" w:hAnsiTheme="majorHAnsi" w:cstheme="majorHAnsi"/>
          <w:sz w:val="28"/>
          <w:szCs w:val="28"/>
        </w:rPr>
        <w:br/>
      </w:r>
      <w:proofErr w:type="spellStart"/>
      <w:r w:rsidRPr="00687F5B">
        <w:rPr>
          <w:rFonts w:asciiTheme="majorHAnsi" w:hAnsiTheme="majorHAnsi" w:cstheme="majorHAnsi"/>
          <w:sz w:val="28"/>
          <w:szCs w:val="28"/>
        </w:rPr>
        <w:t>Laertes</w:t>
      </w:r>
      <w:proofErr w:type="spellEnd"/>
      <w:r w:rsidRPr="00687F5B">
        <w:rPr>
          <w:rFonts w:asciiTheme="majorHAnsi" w:hAnsiTheme="majorHAnsi" w:cstheme="majorHAnsi"/>
          <w:sz w:val="28"/>
          <w:szCs w:val="28"/>
        </w:rPr>
        <w:t xml:space="preserve"> llora, lo toma en la mano.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Los vengadores llegan armados,</w:t>
      </w:r>
      <w:r w:rsidRPr="00687F5B">
        <w:rPr>
          <w:rFonts w:asciiTheme="majorHAnsi" w:hAnsiTheme="majorHAnsi" w:cstheme="majorHAnsi"/>
          <w:sz w:val="28"/>
          <w:szCs w:val="28"/>
        </w:rPr>
        <w:br/>
        <w:t>mas Atenea impone los lados.</w:t>
      </w:r>
      <w:r w:rsidRPr="00687F5B">
        <w:rPr>
          <w:rFonts w:asciiTheme="majorHAnsi" w:hAnsiTheme="majorHAnsi" w:cstheme="majorHAnsi"/>
          <w:sz w:val="28"/>
          <w:szCs w:val="28"/>
        </w:rPr>
        <w:br/>
        <w:t>La paz renace, la historia concluye,</w:t>
      </w:r>
      <w:r w:rsidRPr="00687F5B">
        <w:rPr>
          <w:rFonts w:asciiTheme="majorHAnsi" w:hAnsiTheme="majorHAnsi" w:cstheme="majorHAnsi"/>
          <w:sz w:val="28"/>
          <w:szCs w:val="28"/>
        </w:rPr>
        <w:br/>
        <w:t>y el nombre de Ulises jamás se destruye.</w:t>
      </w: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🏹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El rey no duerme, la mente lo abruma,</w:t>
      </w:r>
      <w:r w:rsidRPr="00687F5B">
        <w:rPr>
          <w:rFonts w:asciiTheme="majorHAnsi" w:hAnsiTheme="majorHAnsi" w:cstheme="majorHAnsi"/>
          <w:sz w:val="28"/>
          <w:szCs w:val="28"/>
        </w:rPr>
        <w:br/>
        <w:t>los dioses le mandan señales de espuma.</w:t>
      </w:r>
      <w:r w:rsidRPr="00687F5B">
        <w:rPr>
          <w:rFonts w:asciiTheme="majorHAnsi" w:hAnsiTheme="majorHAnsi" w:cstheme="majorHAnsi"/>
          <w:sz w:val="28"/>
          <w:szCs w:val="28"/>
        </w:rPr>
        <w:br/>
        <w:t>Las siervas traicionan, los nobles se ríen,</w:t>
      </w:r>
      <w:r w:rsidRPr="00687F5B">
        <w:rPr>
          <w:rFonts w:asciiTheme="majorHAnsi" w:hAnsiTheme="majorHAnsi" w:cstheme="majorHAnsi"/>
          <w:sz w:val="28"/>
          <w:szCs w:val="28"/>
        </w:rPr>
        <w:br/>
        <w:t>pero los augurios ya lo guían.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Los bueyes braman, el trueno retumba,</w:t>
      </w:r>
      <w:r w:rsidRPr="00687F5B">
        <w:rPr>
          <w:rFonts w:asciiTheme="majorHAnsi" w:hAnsiTheme="majorHAnsi" w:cstheme="majorHAnsi"/>
          <w:sz w:val="28"/>
          <w:szCs w:val="28"/>
        </w:rPr>
        <w:br/>
        <w:t>Atenea alienta, su ira se suma.</w:t>
      </w:r>
      <w:r w:rsidRPr="00687F5B">
        <w:rPr>
          <w:rFonts w:asciiTheme="majorHAnsi" w:hAnsiTheme="majorHAnsi" w:cstheme="majorHAnsi"/>
          <w:sz w:val="28"/>
          <w:szCs w:val="28"/>
        </w:rPr>
        <w:br/>
        <w:t>La flecha del destino tensa la cuerda,</w:t>
      </w:r>
      <w:r w:rsidRPr="00687F5B">
        <w:rPr>
          <w:rFonts w:asciiTheme="majorHAnsi" w:hAnsiTheme="majorHAnsi" w:cstheme="majorHAnsi"/>
          <w:sz w:val="28"/>
          <w:szCs w:val="28"/>
        </w:rPr>
        <w:br/>
        <w:t>la justicia divina pronto recuerda.</w:t>
      </w:r>
    </w:p>
    <w:p w:rsidR="00861108" w:rsidRPr="00687F5B" w:rsidRDefault="00861108" w:rsidP="00861108">
      <w:pPr>
        <w:rPr>
          <w:rFonts w:asciiTheme="majorHAnsi" w:hAnsiTheme="majorHAnsi" w:cstheme="majorHAnsi"/>
          <w:sz w:val="28"/>
          <w:szCs w:val="28"/>
        </w:rPr>
      </w:pPr>
    </w:p>
    <w:p w:rsidR="00687F5B" w:rsidRPr="00687F5B" w:rsidRDefault="00687F5B" w:rsidP="00861108">
      <w:pPr>
        <w:rPr>
          <w:rFonts w:asciiTheme="majorHAnsi" w:hAnsiTheme="majorHAnsi" w:cstheme="majorHAnsi"/>
          <w:sz w:val="28"/>
          <w:szCs w:val="28"/>
        </w:rPr>
      </w:pPr>
      <w:bookmarkStart w:id="0" w:name="_GoBack"/>
      <w:bookmarkEnd w:id="0"/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lastRenderedPageBreak/>
        <w:t>🏹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Penélope anuncia la gran competencia,</w:t>
      </w:r>
      <w:r w:rsidRPr="00687F5B">
        <w:rPr>
          <w:rFonts w:asciiTheme="majorHAnsi" w:hAnsiTheme="majorHAnsi" w:cstheme="majorHAnsi"/>
          <w:sz w:val="28"/>
          <w:szCs w:val="28"/>
        </w:rPr>
        <w:br/>
        <w:t>el arco del rey será la sentencia.</w:t>
      </w:r>
      <w:r w:rsidRPr="00687F5B">
        <w:rPr>
          <w:rFonts w:asciiTheme="majorHAnsi" w:hAnsiTheme="majorHAnsi" w:cstheme="majorHAnsi"/>
          <w:sz w:val="28"/>
          <w:szCs w:val="28"/>
        </w:rPr>
        <w:br/>
        <w:t>Ninguno lo logra, el miedo los ata,</w:t>
      </w:r>
      <w:r w:rsidRPr="00687F5B">
        <w:rPr>
          <w:rFonts w:asciiTheme="majorHAnsi" w:hAnsiTheme="majorHAnsi" w:cstheme="majorHAnsi"/>
          <w:sz w:val="28"/>
          <w:szCs w:val="28"/>
        </w:rPr>
        <w:br/>
        <w:t>el mendigo sonríe, el aire se trata.</w:t>
      </w:r>
    </w:p>
    <w:p w:rsidR="00861108" w:rsidRPr="00687F5B" w:rsidRDefault="00861108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Ulises lo toma, lo tensa, dispara,</w:t>
      </w:r>
      <w:r w:rsidRPr="00687F5B">
        <w:rPr>
          <w:rFonts w:asciiTheme="majorHAnsi" w:hAnsiTheme="majorHAnsi" w:cstheme="majorHAnsi"/>
          <w:sz w:val="28"/>
          <w:szCs w:val="28"/>
        </w:rPr>
        <w:br/>
        <w:t>el hierro penetra, la sala aclara.</w:t>
      </w:r>
      <w:r w:rsidRPr="00687F5B">
        <w:rPr>
          <w:rFonts w:asciiTheme="majorHAnsi" w:hAnsiTheme="majorHAnsi" w:cstheme="majorHAnsi"/>
          <w:sz w:val="28"/>
          <w:szCs w:val="28"/>
        </w:rPr>
        <w:br/>
        <w:t>Los rostros se hielan, la verdad despierta,</w:t>
      </w:r>
      <w:r w:rsidRPr="00687F5B">
        <w:rPr>
          <w:rFonts w:asciiTheme="majorHAnsi" w:hAnsiTheme="majorHAnsi" w:cstheme="majorHAnsi"/>
          <w:sz w:val="28"/>
          <w:szCs w:val="28"/>
        </w:rPr>
        <w:br/>
        <w:t>la muerte camina con puerta abierta.</w:t>
      </w:r>
    </w:p>
    <w:p w:rsidR="00687F5B" w:rsidRPr="00687F5B" w:rsidRDefault="00687F5B" w:rsidP="00687F5B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🧶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687F5B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Juntos conversan, sin conocerse,</w:t>
      </w:r>
      <w:r w:rsidRPr="00687F5B">
        <w:rPr>
          <w:rFonts w:asciiTheme="majorHAnsi" w:hAnsiTheme="majorHAnsi" w:cstheme="majorHAnsi"/>
          <w:sz w:val="28"/>
          <w:szCs w:val="28"/>
        </w:rPr>
        <w:br/>
        <w:t>las almas tiemblan al reconocerse.</w:t>
      </w:r>
      <w:r w:rsidRPr="00687F5B">
        <w:rPr>
          <w:rFonts w:asciiTheme="majorHAnsi" w:hAnsiTheme="majorHAnsi" w:cstheme="majorHAnsi"/>
          <w:sz w:val="28"/>
          <w:szCs w:val="28"/>
        </w:rPr>
        <w:br/>
        <w:t>Ella pregunta, él miente con arte,</w:t>
      </w:r>
      <w:r w:rsidRPr="00687F5B">
        <w:rPr>
          <w:rFonts w:asciiTheme="majorHAnsi" w:hAnsiTheme="majorHAnsi" w:cstheme="majorHAnsi"/>
          <w:sz w:val="28"/>
          <w:szCs w:val="28"/>
        </w:rPr>
        <w:br/>
        <w:t>pero el amor late bajo su parte.</w:t>
      </w:r>
    </w:p>
    <w:p w:rsidR="00861108" w:rsidRPr="00687F5B" w:rsidRDefault="00687F5B" w:rsidP="00687F5B">
      <w:pPr>
        <w:pStyle w:val="NormalWeb"/>
        <w:rPr>
          <w:rFonts w:asciiTheme="majorHAnsi" w:hAnsiTheme="majorHAnsi" w:cstheme="majorHAnsi"/>
          <w:sz w:val="28"/>
          <w:szCs w:val="28"/>
        </w:rPr>
      </w:pPr>
      <w:proofErr w:type="spellStart"/>
      <w:r w:rsidRPr="00687F5B">
        <w:rPr>
          <w:rFonts w:asciiTheme="majorHAnsi" w:hAnsiTheme="majorHAnsi" w:cstheme="majorHAnsi"/>
          <w:sz w:val="28"/>
          <w:szCs w:val="28"/>
        </w:rPr>
        <w:t>Euriclea</w:t>
      </w:r>
      <w:proofErr w:type="spellEnd"/>
      <w:r w:rsidRPr="00687F5B">
        <w:rPr>
          <w:rFonts w:asciiTheme="majorHAnsi" w:hAnsiTheme="majorHAnsi" w:cstheme="majorHAnsi"/>
          <w:sz w:val="28"/>
          <w:szCs w:val="28"/>
        </w:rPr>
        <w:t xml:space="preserve"> al lavar sus pies lo descubre,</w:t>
      </w:r>
      <w:r w:rsidRPr="00687F5B">
        <w:rPr>
          <w:rFonts w:asciiTheme="majorHAnsi" w:hAnsiTheme="majorHAnsi" w:cstheme="majorHAnsi"/>
          <w:sz w:val="28"/>
          <w:szCs w:val="28"/>
        </w:rPr>
        <w:br/>
        <w:t>la vieja tiembla, su boca cubre.</w:t>
      </w:r>
      <w:r w:rsidRPr="00687F5B">
        <w:rPr>
          <w:rFonts w:asciiTheme="majorHAnsi" w:hAnsiTheme="majorHAnsi" w:cstheme="majorHAnsi"/>
          <w:sz w:val="28"/>
          <w:szCs w:val="28"/>
        </w:rPr>
        <w:br/>
        <w:t>El secreto vive, la noche espera,</w:t>
      </w:r>
      <w:r w:rsidRPr="00687F5B">
        <w:rPr>
          <w:rFonts w:asciiTheme="majorHAnsi" w:hAnsiTheme="majorHAnsi" w:cstheme="majorHAnsi"/>
          <w:sz w:val="28"/>
          <w:szCs w:val="28"/>
        </w:rPr>
        <w:br/>
        <w:t>mañana Ítaca entera se altera.</w:t>
      </w:r>
    </w:p>
    <w:p w:rsidR="00861108" w:rsidRPr="00687F5B" w:rsidRDefault="00861108" w:rsidP="00861108">
      <w:pPr>
        <w:pStyle w:val="Ttulo3"/>
        <w:rPr>
          <w:rFonts w:cstheme="majorHAnsi"/>
          <w:sz w:val="28"/>
          <w:szCs w:val="28"/>
          <w:lang w:val="es-ES"/>
        </w:rPr>
      </w:pPr>
      <w:r w:rsidRPr="00687F5B">
        <w:rPr>
          <w:rFonts w:ascii="Apple Color Emoji" w:hAnsi="Apple Color Emoji" w:cs="Apple Color Emoji"/>
          <w:sz w:val="28"/>
          <w:szCs w:val="28"/>
        </w:rPr>
        <w:t>💔</w:t>
      </w:r>
      <w:r w:rsidRPr="00687F5B">
        <w:rPr>
          <w:rFonts w:cstheme="majorHAnsi"/>
          <w:sz w:val="28"/>
          <w:szCs w:val="28"/>
          <w:lang w:val="es-ES"/>
        </w:rPr>
        <w:t xml:space="preserve"> 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La reina duda, no cree su regreso,</w:t>
      </w:r>
      <w:r w:rsidRPr="00687F5B">
        <w:rPr>
          <w:rFonts w:asciiTheme="majorHAnsi" w:hAnsiTheme="majorHAnsi" w:cstheme="majorHAnsi"/>
          <w:sz w:val="28"/>
          <w:szCs w:val="28"/>
        </w:rPr>
        <w:br/>
        <w:t>pero él le habla del lecho y su peso.</w:t>
      </w:r>
      <w:r w:rsidRPr="00687F5B">
        <w:rPr>
          <w:rFonts w:asciiTheme="majorHAnsi" w:hAnsiTheme="majorHAnsi" w:cstheme="majorHAnsi"/>
          <w:sz w:val="28"/>
          <w:szCs w:val="28"/>
        </w:rPr>
        <w:br/>
        <w:t>Solo ellos saben el truco del lecho,</w:t>
      </w:r>
      <w:r w:rsidRPr="00687F5B">
        <w:rPr>
          <w:rFonts w:asciiTheme="majorHAnsi" w:hAnsiTheme="majorHAnsi" w:cstheme="majorHAnsi"/>
          <w:sz w:val="28"/>
          <w:szCs w:val="28"/>
        </w:rPr>
        <w:br/>
        <w:t>entonces Penélope rompe su techo.</w:t>
      </w:r>
    </w:p>
    <w:p w:rsidR="00861108" w:rsidRPr="00687F5B" w:rsidRDefault="00861108" w:rsidP="00861108">
      <w:pPr>
        <w:pStyle w:val="NormalWeb"/>
        <w:rPr>
          <w:rFonts w:asciiTheme="majorHAnsi" w:hAnsiTheme="majorHAnsi" w:cstheme="majorHAnsi"/>
          <w:sz w:val="28"/>
          <w:szCs w:val="28"/>
        </w:rPr>
      </w:pPr>
      <w:r w:rsidRPr="00687F5B">
        <w:rPr>
          <w:rFonts w:asciiTheme="majorHAnsi" w:hAnsiTheme="majorHAnsi" w:cstheme="majorHAnsi"/>
          <w:sz w:val="28"/>
          <w:szCs w:val="28"/>
        </w:rPr>
        <w:t>Se abrazan llorando, la guerra termina,</w:t>
      </w:r>
      <w:r w:rsidRPr="00687F5B">
        <w:rPr>
          <w:rFonts w:asciiTheme="majorHAnsi" w:hAnsiTheme="majorHAnsi" w:cstheme="majorHAnsi"/>
          <w:sz w:val="28"/>
          <w:szCs w:val="28"/>
        </w:rPr>
        <w:br/>
        <w:t>la calma desciende, la noche ilumina.</w:t>
      </w:r>
      <w:r w:rsidRPr="00687F5B">
        <w:rPr>
          <w:rFonts w:asciiTheme="majorHAnsi" w:hAnsiTheme="majorHAnsi" w:cstheme="majorHAnsi"/>
          <w:sz w:val="28"/>
          <w:szCs w:val="28"/>
        </w:rPr>
        <w:br/>
        <w:t>El amor venció tras tanto sufrir,</w:t>
      </w:r>
      <w:r w:rsidRPr="00687F5B">
        <w:rPr>
          <w:rFonts w:asciiTheme="majorHAnsi" w:hAnsiTheme="majorHAnsi" w:cstheme="majorHAnsi"/>
          <w:sz w:val="28"/>
          <w:szCs w:val="28"/>
        </w:rPr>
        <w:br/>
        <w:t>Ítaca duerme, vuelve a latir.</w:t>
      </w:r>
    </w:p>
    <w:p w:rsidR="00861108" w:rsidRDefault="00861108" w:rsidP="00861108"/>
    <w:p w:rsidR="00CB3A97" w:rsidRPr="00687F5B" w:rsidRDefault="00CB3A97">
      <w:pPr>
        <w:rPr>
          <w:lang w:val="es-ES"/>
        </w:rPr>
      </w:pPr>
    </w:p>
    <w:sectPr w:rsidR="00CB3A97" w:rsidRPr="00687F5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87F5B"/>
    <w:rsid w:val="00861108"/>
    <w:rsid w:val="00A13118"/>
    <w:rsid w:val="00AA1D8D"/>
    <w:rsid w:val="00B47730"/>
    <w:rsid w:val="00CB0664"/>
    <w:rsid w:val="00CB3A9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780609"/>
  <w14:defaultImageDpi w14:val="300"/>
  <w15:docId w15:val="{C5731692-3CA1-E348-A2D2-9F4DFA5DD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861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6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C30051F-3816-B34E-A859-F9C26B525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1083</Words>
  <Characters>5961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7030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ROCIO MARTIN MARTIN</cp:lastModifiedBy>
  <cp:revision>3</cp:revision>
  <dcterms:created xsi:type="dcterms:W3CDTF">2013-12-23T23:15:00Z</dcterms:created>
  <dcterms:modified xsi:type="dcterms:W3CDTF">2025-10-17T09:42:00Z</dcterms:modified>
  <cp:category/>
</cp:coreProperties>
</file>